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A6227" w14:textId="77777777" w:rsidR="000B1EDE" w:rsidRPr="00D217BA" w:rsidRDefault="00000000">
      <w:pPr>
        <w:pStyle w:val="Ttulo"/>
        <w:jc w:val="center"/>
        <w:rPr>
          <w:lang w:val="pt-BR"/>
        </w:rPr>
      </w:pPr>
      <w:r w:rsidRPr="00D217BA">
        <w:rPr>
          <w:lang w:val="pt-BR"/>
        </w:rPr>
        <w:t>ANEXO ÚNICO</w:t>
      </w:r>
      <w:r w:rsidRPr="00D217BA">
        <w:rPr>
          <w:lang w:val="pt-BR"/>
        </w:rPr>
        <w:br/>
        <w:t>FORMULÁRIO SIMPLIFICADO DE INSCRIÇÃO</w:t>
      </w:r>
    </w:p>
    <w:p w14:paraId="3ED43142" w14:textId="77777777" w:rsidR="000B1EDE" w:rsidRPr="00D217BA" w:rsidRDefault="00000000">
      <w:pPr>
        <w:rPr>
          <w:lang w:val="pt-BR"/>
        </w:rPr>
      </w:pPr>
      <w:r w:rsidRPr="00D217BA">
        <w:rPr>
          <w:lang w:val="pt-BR"/>
        </w:rPr>
        <w:t>Enviar para direx@ufopa.edu.br com o assunto “Pró-Junior — [nome da empresa júnior]”. Preencha os campos abaixo; não é necessário anexar documentos nesta etapa.</w:t>
      </w:r>
    </w:p>
    <w:p w14:paraId="6D728891" w14:textId="77777777" w:rsidR="000B1EDE" w:rsidRPr="00D217BA" w:rsidRDefault="00000000">
      <w:pPr>
        <w:pStyle w:val="Ttulo1"/>
        <w:rPr>
          <w:lang w:val="pt-BR"/>
        </w:rPr>
      </w:pPr>
      <w:r w:rsidRPr="00D217BA">
        <w:rPr>
          <w:lang w:val="pt-BR"/>
        </w:rPr>
        <w:t>Identificação e situação</w:t>
      </w:r>
    </w:p>
    <w:p w14:paraId="5DEE097A" w14:textId="77777777" w:rsidR="000B1EDE" w:rsidRPr="00D217BA" w:rsidRDefault="00000000">
      <w:pPr>
        <w:rPr>
          <w:lang w:val="pt-BR"/>
        </w:rPr>
      </w:pPr>
      <w:r w:rsidRPr="00D217BA">
        <w:rPr>
          <w:lang w:val="pt-BR"/>
        </w:rPr>
        <w:t>Nome ou nome pretendido da empresa júnior: ___________________________________</w:t>
      </w:r>
    </w:p>
    <w:p w14:paraId="0FEE6F41" w14:textId="77777777" w:rsidR="000B1EDE" w:rsidRPr="00D217BA" w:rsidRDefault="00000000">
      <w:pPr>
        <w:rPr>
          <w:lang w:val="pt-BR"/>
        </w:rPr>
      </w:pPr>
      <w:r w:rsidRPr="00D217BA">
        <w:rPr>
          <w:lang w:val="pt-BR"/>
        </w:rPr>
        <w:t>Instituto ou campus e curso(s) de vinculação: ___________________________________</w:t>
      </w:r>
    </w:p>
    <w:p w14:paraId="492ED399" w14:textId="77777777" w:rsidR="000B1EDE" w:rsidRPr="00D217BA" w:rsidRDefault="00000000">
      <w:pPr>
        <w:rPr>
          <w:lang w:val="pt-BR"/>
        </w:rPr>
      </w:pPr>
      <w:r w:rsidRPr="00D217BA">
        <w:rPr>
          <w:lang w:val="pt-BR"/>
        </w:rPr>
        <w:t>Situação atual (assinale ou descreva):</w:t>
      </w:r>
    </w:p>
    <w:p w14:paraId="24787D42" w14:textId="77777777" w:rsidR="000B1EDE" w:rsidRPr="00D217BA" w:rsidRDefault="00000000">
      <w:pPr>
        <w:rPr>
          <w:lang w:val="pt-BR"/>
        </w:rPr>
      </w:pPr>
      <w:proofErr w:type="gramStart"/>
      <w:r w:rsidRPr="00D217BA">
        <w:rPr>
          <w:lang w:val="pt-BR"/>
        </w:rPr>
        <w:t>(  )</w:t>
      </w:r>
      <w:proofErr w:type="gramEnd"/>
      <w:r w:rsidRPr="00D217BA">
        <w:rPr>
          <w:lang w:val="pt-BR"/>
        </w:rPr>
        <w:t xml:space="preserve"> Em formação  </w:t>
      </w:r>
      <w:proofErr w:type="gramStart"/>
      <w:r w:rsidRPr="00D217BA">
        <w:rPr>
          <w:lang w:val="pt-BR"/>
        </w:rPr>
        <w:t xml:space="preserve">   (  )</w:t>
      </w:r>
      <w:proofErr w:type="gramEnd"/>
      <w:r w:rsidRPr="00D217BA">
        <w:rPr>
          <w:lang w:val="pt-BR"/>
        </w:rPr>
        <w:t xml:space="preserve"> Em regularização  </w:t>
      </w:r>
      <w:proofErr w:type="gramStart"/>
      <w:r w:rsidRPr="00D217BA">
        <w:rPr>
          <w:lang w:val="pt-BR"/>
        </w:rPr>
        <w:t xml:space="preserve">   (  )</w:t>
      </w:r>
      <w:proofErr w:type="gramEnd"/>
      <w:r w:rsidRPr="00D217BA">
        <w:rPr>
          <w:lang w:val="pt-BR"/>
        </w:rPr>
        <w:t xml:space="preserve"> Regularizada e em atividade</w:t>
      </w:r>
    </w:p>
    <w:p w14:paraId="3D6A1D4D" w14:textId="77777777" w:rsidR="000B1EDE" w:rsidRPr="00D217BA" w:rsidRDefault="00000000">
      <w:pPr>
        <w:rPr>
          <w:lang w:val="pt-BR"/>
        </w:rPr>
      </w:pPr>
      <w:proofErr w:type="gramStart"/>
      <w:r w:rsidRPr="00D217BA">
        <w:rPr>
          <w:lang w:val="pt-BR"/>
        </w:rPr>
        <w:t>(  )</w:t>
      </w:r>
      <w:proofErr w:type="gramEnd"/>
      <w:r w:rsidRPr="00D217BA">
        <w:rPr>
          <w:lang w:val="pt-BR"/>
        </w:rPr>
        <w:t xml:space="preserve"> Inativa e com interesse em retomada  </w:t>
      </w:r>
      <w:proofErr w:type="gramStart"/>
      <w:r w:rsidRPr="00D217BA">
        <w:rPr>
          <w:lang w:val="pt-BR"/>
        </w:rPr>
        <w:t xml:space="preserve">   (  )</w:t>
      </w:r>
      <w:proofErr w:type="gramEnd"/>
      <w:r w:rsidRPr="00D217BA">
        <w:rPr>
          <w:lang w:val="pt-BR"/>
        </w:rPr>
        <w:t xml:space="preserve"> Outra: ___________________________</w:t>
      </w:r>
    </w:p>
    <w:p w14:paraId="2AF2E206" w14:textId="77777777" w:rsidR="000B1EDE" w:rsidRPr="00D217BA" w:rsidRDefault="00000000">
      <w:pPr>
        <w:rPr>
          <w:lang w:val="pt-BR"/>
        </w:rPr>
      </w:pPr>
      <w:r w:rsidRPr="00D217BA">
        <w:rPr>
          <w:lang w:val="pt-BR"/>
        </w:rPr>
        <w:t>Principal necessidade de apoio (resposta breve):</w:t>
      </w:r>
      <w:r w:rsidRPr="00D217BA">
        <w:rPr>
          <w:lang w:val="pt-BR"/>
        </w:rPr>
        <w:br/>
        <w:t>________________________________________________________________________</w:t>
      </w:r>
      <w:r w:rsidRPr="00D217BA">
        <w:rPr>
          <w:lang w:val="pt-BR"/>
        </w:rPr>
        <w:br/>
        <w:t>________________________________________________________________________</w:t>
      </w:r>
    </w:p>
    <w:p w14:paraId="42D5CBDB" w14:textId="77777777" w:rsidR="000B1EDE" w:rsidRPr="00D217BA" w:rsidRDefault="00000000">
      <w:pPr>
        <w:rPr>
          <w:lang w:val="pt-BR"/>
        </w:rPr>
      </w:pPr>
      <w:r w:rsidRPr="00D217BA">
        <w:rPr>
          <w:lang w:val="pt-BR"/>
        </w:rPr>
        <w:t xml:space="preserve">Interesse: </w:t>
      </w:r>
      <w:proofErr w:type="gramStart"/>
      <w:r w:rsidRPr="00D217BA">
        <w:rPr>
          <w:lang w:val="pt-BR"/>
        </w:rPr>
        <w:t>(  )</w:t>
      </w:r>
      <w:proofErr w:type="gramEnd"/>
      <w:r w:rsidRPr="00D217BA">
        <w:rPr>
          <w:lang w:val="pt-BR"/>
        </w:rPr>
        <w:t xml:space="preserve"> Criação e regularização</w:t>
      </w:r>
      <w:proofErr w:type="gramStart"/>
      <w:r w:rsidRPr="00D217BA">
        <w:rPr>
          <w:lang w:val="pt-BR"/>
        </w:rPr>
        <w:t xml:space="preserve">   (  )</w:t>
      </w:r>
      <w:proofErr w:type="gramEnd"/>
      <w:r w:rsidRPr="00D217BA">
        <w:rPr>
          <w:lang w:val="pt-BR"/>
        </w:rPr>
        <w:t xml:space="preserve"> Desenvolvimento de negócios</w:t>
      </w:r>
      <w:proofErr w:type="gramStart"/>
      <w:r w:rsidRPr="00D217BA">
        <w:rPr>
          <w:lang w:val="pt-BR"/>
        </w:rPr>
        <w:t xml:space="preserve">   (  )</w:t>
      </w:r>
      <w:proofErr w:type="gramEnd"/>
      <w:r w:rsidRPr="00D217BA">
        <w:rPr>
          <w:lang w:val="pt-BR"/>
        </w:rPr>
        <w:t xml:space="preserve"> Ambos</w:t>
      </w:r>
    </w:p>
    <w:p w14:paraId="1EFA7BEF" w14:textId="77777777" w:rsidR="000B1EDE" w:rsidRPr="00D217BA" w:rsidRDefault="00000000">
      <w:pPr>
        <w:rPr>
          <w:lang w:val="pt-BR"/>
        </w:rPr>
      </w:pPr>
      <w:r w:rsidRPr="00D217BA">
        <w:rPr>
          <w:lang w:val="pt-BR"/>
        </w:rPr>
        <w:t>Estudante de contato: ____________________________________________________</w:t>
      </w:r>
    </w:p>
    <w:p w14:paraId="0A713E78" w14:textId="77777777" w:rsidR="000B1EDE" w:rsidRPr="00D217BA" w:rsidRDefault="00000000">
      <w:pPr>
        <w:rPr>
          <w:lang w:val="pt-BR"/>
        </w:rPr>
      </w:pPr>
      <w:r w:rsidRPr="00D217BA">
        <w:rPr>
          <w:lang w:val="pt-BR"/>
        </w:rPr>
        <w:t>E-mail e telefone: _______________________________________________________</w:t>
      </w:r>
    </w:p>
    <w:p w14:paraId="35762F60" w14:textId="77777777" w:rsidR="000B1EDE" w:rsidRPr="00D217BA" w:rsidRDefault="00000000">
      <w:pPr>
        <w:pStyle w:val="Ttulo1"/>
        <w:rPr>
          <w:lang w:val="pt-BR"/>
        </w:rPr>
      </w:pPr>
      <w:r w:rsidRPr="00D217BA">
        <w:rPr>
          <w:lang w:val="pt-BR"/>
        </w:rPr>
        <w:t>Membros discentes</w:t>
      </w:r>
    </w:p>
    <w:p w14:paraId="12044F0B" w14:textId="77777777" w:rsidR="000B1EDE" w:rsidRPr="00D217BA" w:rsidRDefault="00000000">
      <w:pPr>
        <w:rPr>
          <w:lang w:val="pt-BR"/>
        </w:rPr>
      </w:pPr>
      <w:r w:rsidRPr="00D217BA">
        <w:rPr>
          <w:lang w:val="pt-BR"/>
        </w:rPr>
        <w:t>Informe nome, matrícula e curso dos integrantes. Acrescente linhas se necessário.</w:t>
      </w:r>
      <w:r w:rsidRPr="00D217BA">
        <w:rPr>
          <w:lang w:val="pt-BR"/>
        </w:rPr>
        <w:br/>
        <w:t>________________________________________________________________________</w:t>
      </w:r>
      <w:r w:rsidRPr="00D217BA">
        <w:rPr>
          <w:lang w:val="pt-BR"/>
        </w:rPr>
        <w:br/>
        <w:t>________________________________________________________________________</w:t>
      </w:r>
      <w:r w:rsidRPr="00D217BA">
        <w:rPr>
          <w:lang w:val="pt-BR"/>
        </w:rPr>
        <w:br/>
        <w:t>________________________________________________________________________</w:t>
      </w:r>
    </w:p>
    <w:p w14:paraId="4A591251" w14:textId="77777777" w:rsidR="000B1EDE" w:rsidRPr="00D217BA" w:rsidRDefault="00000000">
      <w:pPr>
        <w:pStyle w:val="Ttulo1"/>
        <w:rPr>
          <w:lang w:val="pt-BR"/>
        </w:rPr>
      </w:pPr>
      <w:r w:rsidRPr="00D217BA">
        <w:rPr>
          <w:lang w:val="pt-BR"/>
        </w:rPr>
        <w:t>Servidores orientadores</w:t>
      </w:r>
    </w:p>
    <w:p w14:paraId="5620858A" w14:textId="77777777" w:rsidR="000B1EDE" w:rsidRPr="00D217BA" w:rsidRDefault="00000000">
      <w:pPr>
        <w:rPr>
          <w:lang w:val="pt-BR"/>
        </w:rPr>
      </w:pPr>
      <w:r w:rsidRPr="00D217BA">
        <w:rPr>
          <w:lang w:val="pt-BR"/>
        </w:rPr>
        <w:t xml:space="preserve">Informe nome, unidade, cargo (docente ou técnico) e contato dos orientadores. Caso ainda não haja orientador, indique essa situação para orientação da </w:t>
      </w:r>
      <w:proofErr w:type="spellStart"/>
      <w:r w:rsidRPr="00D217BA">
        <w:rPr>
          <w:lang w:val="pt-BR"/>
        </w:rPr>
        <w:t>Direx</w:t>
      </w:r>
      <w:proofErr w:type="spellEnd"/>
      <w:r w:rsidRPr="00D217BA">
        <w:rPr>
          <w:lang w:val="pt-BR"/>
        </w:rPr>
        <w:t>.</w:t>
      </w:r>
      <w:r w:rsidRPr="00D217BA">
        <w:rPr>
          <w:lang w:val="pt-BR"/>
        </w:rPr>
        <w:br/>
        <w:t>________________________________________________________________________</w:t>
      </w:r>
      <w:r w:rsidRPr="00D217BA">
        <w:rPr>
          <w:lang w:val="pt-BR"/>
        </w:rPr>
        <w:br/>
        <w:t>________________________________________________________________________</w:t>
      </w:r>
    </w:p>
    <w:p w14:paraId="38AFF05A" w14:textId="77777777" w:rsidR="000B1EDE" w:rsidRPr="00D217BA" w:rsidRDefault="00000000">
      <w:pPr>
        <w:pStyle w:val="Ttulo1"/>
        <w:rPr>
          <w:lang w:val="pt-BR"/>
        </w:rPr>
      </w:pPr>
      <w:r w:rsidRPr="00D217BA">
        <w:rPr>
          <w:lang w:val="pt-BR"/>
        </w:rPr>
        <w:t>Ciência dos compromissos</w:t>
      </w:r>
    </w:p>
    <w:p w14:paraId="50A471C7" w14:textId="77777777" w:rsidR="000B1EDE" w:rsidRPr="00D217BA" w:rsidRDefault="00000000">
      <w:pPr>
        <w:rPr>
          <w:lang w:val="pt-BR"/>
        </w:rPr>
      </w:pPr>
      <w:r w:rsidRPr="00D217BA">
        <w:rPr>
          <w:lang w:val="pt-BR"/>
        </w:rPr>
        <w:t xml:space="preserve">Ao enviar o formulário, a equipe declara ciência de que deverá participar das atividades pactuadas e fornecer informações atualizadas à </w:t>
      </w:r>
      <w:proofErr w:type="spellStart"/>
      <w:r w:rsidRPr="00D217BA">
        <w:rPr>
          <w:lang w:val="pt-BR"/>
        </w:rPr>
        <w:t>Direx</w:t>
      </w:r>
      <w:proofErr w:type="spellEnd"/>
      <w:r w:rsidRPr="00D217BA">
        <w:rPr>
          <w:lang w:val="pt-BR"/>
        </w:rPr>
        <w:t>. A proposta e o orçamento serão construídos durante a mentoria; a concessão do auxílio dependerá da seleção e dos recursos disponíveis.</w:t>
      </w:r>
    </w:p>
    <w:p w14:paraId="4FADCB44" w14:textId="77777777" w:rsidR="000B1EDE" w:rsidRDefault="00000000">
      <w:proofErr w:type="spellStart"/>
      <w:r>
        <w:t>Responsável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envio</w:t>
      </w:r>
      <w:proofErr w:type="spellEnd"/>
      <w:r>
        <w:t>: ________________________________    Data: ____/____/______</w:t>
      </w:r>
    </w:p>
    <w:p w14:paraId="6FDC8419" w14:textId="77777777" w:rsidR="00D217BA" w:rsidRDefault="00D217BA"/>
    <w:p w14:paraId="09894FFF" w14:textId="77777777" w:rsidR="00D217BA" w:rsidRDefault="00D217BA"/>
    <w:p w14:paraId="5709C33E" w14:textId="55B38875" w:rsidR="00D217BA" w:rsidRDefault="00D217BA">
      <w:r>
        <w:t>_____________________________</w:t>
      </w:r>
    </w:p>
    <w:p w14:paraId="46A87126" w14:textId="72C4F5A6" w:rsidR="00D217BA" w:rsidRPr="00500732" w:rsidRDefault="00D217BA">
      <w:pPr>
        <w:rPr>
          <w:lang w:val="pt-BR"/>
        </w:rPr>
      </w:pPr>
      <w:r w:rsidRPr="00500732">
        <w:rPr>
          <w:lang w:val="pt-BR"/>
        </w:rPr>
        <w:t>Assinatura do discente responsável</w:t>
      </w:r>
      <w:r w:rsidR="00500732" w:rsidRPr="00500732">
        <w:rPr>
          <w:lang w:val="pt-BR"/>
        </w:rPr>
        <w:t xml:space="preserve"> pe</w:t>
      </w:r>
      <w:r w:rsidR="00500732">
        <w:rPr>
          <w:lang w:val="pt-BR"/>
        </w:rPr>
        <w:t>la Empresas Junior</w:t>
      </w:r>
    </w:p>
    <w:p w14:paraId="042D61A0" w14:textId="77777777" w:rsidR="00D217BA" w:rsidRPr="00500732" w:rsidRDefault="00D217BA">
      <w:pPr>
        <w:rPr>
          <w:lang w:val="pt-BR"/>
        </w:rPr>
      </w:pPr>
    </w:p>
    <w:p w14:paraId="100CAB80" w14:textId="77777777" w:rsidR="00D217BA" w:rsidRPr="00500732" w:rsidRDefault="00D217BA">
      <w:pPr>
        <w:rPr>
          <w:lang w:val="pt-BR"/>
        </w:rPr>
      </w:pPr>
    </w:p>
    <w:p w14:paraId="3B94BA87" w14:textId="50599BB8" w:rsidR="00D217BA" w:rsidRPr="00D217BA" w:rsidRDefault="00D217BA">
      <w:pPr>
        <w:rPr>
          <w:lang w:val="pt-BR"/>
        </w:rPr>
      </w:pPr>
      <w:r w:rsidRPr="00D217BA">
        <w:rPr>
          <w:lang w:val="pt-BR"/>
        </w:rPr>
        <w:t>_____________________________</w:t>
      </w:r>
      <w:r w:rsidRPr="00D217BA">
        <w:rPr>
          <w:lang w:val="pt-BR"/>
        </w:rPr>
        <w:br/>
        <w:t>Assinatura do servidor orientador responsável j</w:t>
      </w:r>
      <w:r>
        <w:rPr>
          <w:lang w:val="pt-BR"/>
        </w:rPr>
        <w:t>unto ao Pró-Junior</w:t>
      </w:r>
    </w:p>
    <w:sectPr w:rsidR="00D217BA" w:rsidRPr="00D217BA" w:rsidSect="00034616">
      <w:footerReference w:type="default" r:id="rId8"/>
      <w:pgSz w:w="12240" w:h="15840"/>
      <w:pgMar w:top="936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D4F35" w14:textId="77777777" w:rsidR="00BB79D6" w:rsidRDefault="00BB79D6">
      <w:pPr>
        <w:spacing w:after="0" w:line="240" w:lineRule="auto"/>
      </w:pPr>
      <w:r>
        <w:separator/>
      </w:r>
    </w:p>
  </w:endnote>
  <w:endnote w:type="continuationSeparator" w:id="0">
    <w:p w14:paraId="49FD6998" w14:textId="77777777" w:rsidR="00BB79D6" w:rsidRDefault="00BB7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948B" w14:textId="6708A993" w:rsidR="000B1EDE" w:rsidRDefault="000B1EDE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B7A9E" w14:textId="77777777" w:rsidR="00BB79D6" w:rsidRDefault="00BB79D6">
      <w:pPr>
        <w:spacing w:after="0" w:line="240" w:lineRule="auto"/>
      </w:pPr>
      <w:r>
        <w:separator/>
      </w:r>
    </w:p>
  </w:footnote>
  <w:footnote w:type="continuationSeparator" w:id="0">
    <w:p w14:paraId="4D4DADDD" w14:textId="77777777" w:rsidR="00BB79D6" w:rsidRDefault="00BB79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7283202">
    <w:abstractNumId w:val="8"/>
  </w:num>
  <w:num w:numId="2" w16cid:durableId="944265655">
    <w:abstractNumId w:val="6"/>
  </w:num>
  <w:num w:numId="3" w16cid:durableId="1414087684">
    <w:abstractNumId w:val="5"/>
  </w:num>
  <w:num w:numId="4" w16cid:durableId="83573817">
    <w:abstractNumId w:val="4"/>
  </w:num>
  <w:num w:numId="5" w16cid:durableId="1127161330">
    <w:abstractNumId w:val="7"/>
  </w:num>
  <w:num w:numId="6" w16cid:durableId="376586269">
    <w:abstractNumId w:val="3"/>
  </w:num>
  <w:num w:numId="7" w16cid:durableId="726298491">
    <w:abstractNumId w:val="2"/>
  </w:num>
  <w:num w:numId="8" w16cid:durableId="1777748813">
    <w:abstractNumId w:val="1"/>
  </w:num>
  <w:num w:numId="9" w16cid:durableId="901137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EDE"/>
    <w:rsid w:val="0015074B"/>
    <w:rsid w:val="0029639D"/>
    <w:rsid w:val="00326F90"/>
    <w:rsid w:val="00500732"/>
    <w:rsid w:val="00845D6A"/>
    <w:rsid w:val="00AA1D8D"/>
    <w:rsid w:val="00B47730"/>
    <w:rsid w:val="00BB79D6"/>
    <w:rsid w:val="00CB0664"/>
    <w:rsid w:val="00D217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6A782"/>
  <w14:defaultImageDpi w14:val="300"/>
  <w15:docId w15:val="{52610B90-AAC5-41AE-918F-3E845E7B6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47" w:lineRule="auto"/>
    </w:pPr>
    <w:rPr>
      <w:rFonts w:ascii="Calibri" w:hAnsi="Calibri"/>
      <w:color w:val="00000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Pró-Junior da Ufopa</dc:title>
  <dc:subject>Inscrição simplificada, mentoria, seleção de auxílio e acompanhamento</dc:subject>
  <dc:creator>Procce | Ufopa</dc:creator>
  <cp:keywords/>
  <dc:description>generated by python-docx</dc:description>
  <cp:lastModifiedBy>Usuário</cp:lastModifiedBy>
  <cp:revision>3</cp:revision>
  <dcterms:created xsi:type="dcterms:W3CDTF">2026-10-16T14:20:00Z</dcterms:created>
  <dcterms:modified xsi:type="dcterms:W3CDTF">2026-10-16T14:20:00Z</dcterms:modified>
  <cp:category/>
</cp:coreProperties>
</file>